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Batchelor Enterprises</w:t>
      </w:r>
    </w:p>
    <w:p>
      <w:r>
        <w:t>Event Equipment Hire</w:t>
      </w:r>
    </w:p>
    <w:p>
      <w:r>
        <w:t>Phone: 0467 764 778</w:t>
      </w:r>
    </w:p>
    <w:p>
      <w:r>
        <w:t>Email: cassandra@batchelorenterprises.com</w:t>
      </w:r>
    </w:p>
    <w:p>
      <w:r>
        <w:t>Address: Unit 14, 1583 Nubeena Road, Nubeena TAS 7184</w:t>
      </w:r>
    </w:p>
    <w:p>
      <w:r>
        <w:t>Postal: PO Box 140, Nubeena TAS 7184</w:t>
      </w:r>
    </w:p>
    <w:p>
      <w:r>
        <w:t>ABN: 61 924 754 338</w:t>
      </w:r>
    </w:p>
    <w:p/>
    <w:p>
      <w:pPr>
        <w:pStyle w:val="Heading1"/>
      </w:pPr>
      <w:r>
        <w:t>QUOTE</w:t>
      </w:r>
    </w:p>
    <w:p>
      <w:r>
        <w:t>Client Name: __________________________</w:t>
      </w:r>
    </w:p>
    <w:p>
      <w:r>
        <w:t>Event Date: __________________________</w:t>
      </w:r>
    </w:p>
    <w:p>
      <w:r>
        <w:t>Event Location: __________________________</w:t>
      </w:r>
    </w:p>
    <w:p>
      <w:r>
        <w:t>Contact Number: 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Item</w:t>
            </w:r>
          </w:p>
        </w:tc>
        <w:tc>
          <w:tcPr>
            <w:tcW w:type="dxa" w:w="1728"/>
          </w:tcPr>
          <w:p>
            <w:r>
              <w:t>Description</w:t>
            </w:r>
          </w:p>
        </w:tc>
        <w:tc>
          <w:tcPr>
            <w:tcW w:type="dxa" w:w="1728"/>
          </w:tcPr>
          <w:p>
            <w:r>
              <w:t>Qty</w:t>
            </w:r>
          </w:p>
        </w:tc>
        <w:tc>
          <w:tcPr>
            <w:tcW w:type="dxa" w:w="1728"/>
          </w:tcPr>
          <w:p>
            <w:r>
              <w:t>Unit Price</w:t>
            </w:r>
          </w:p>
        </w:tc>
        <w:tc>
          <w:tcPr>
            <w:tcW w:type="dxa" w:w="1728"/>
          </w:tcPr>
          <w:p>
            <w:r>
              <w:t>Total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r>
        <w:t>Subtotal: ____________________</w:t>
      </w:r>
    </w:p>
    <w:p>
      <w:r>
        <w:t>GST: ____________________</w:t>
      </w:r>
    </w:p>
    <w:p>
      <w:r>
        <w:t>Total: ____________________</w:t>
      </w:r>
    </w:p>
    <w:p/>
    <w:p>
      <w:r>
        <w:t>Notes: ________________________________________________</w:t>
      </w:r>
    </w:p>
    <w:p>
      <w:r>
        <w:br w:type="page"/>
      </w:r>
    </w:p>
    <w:p>
      <w:pPr>
        <w:pStyle w:val="Heading1"/>
      </w:pPr>
      <w:r>
        <w:t>BOOKING FORM</w:t>
      </w:r>
    </w:p>
    <w:p>
      <w:r>
        <w:t>Client Name: __________________________</w:t>
      </w:r>
    </w:p>
    <w:p>
      <w:r>
        <w:t>Company (if applicable): __________________________</w:t>
      </w:r>
    </w:p>
    <w:p>
      <w:r>
        <w:t>Phone: __________________________</w:t>
      </w:r>
    </w:p>
    <w:p>
      <w:r>
        <w:t>Email: __________________________</w:t>
      </w:r>
    </w:p>
    <w:p/>
    <w:p>
      <w:r>
        <w:t>Event Date: __________________________</w:t>
      </w:r>
    </w:p>
    <w:p>
      <w:r>
        <w:t>Bump In Time: __________________________</w:t>
      </w:r>
    </w:p>
    <w:p>
      <w:r>
        <w:t>Bump Out Time: __________________________</w:t>
      </w:r>
    </w:p>
    <w:p>
      <w:r>
        <w:t>Event Location: __________________________</w:t>
      </w:r>
    </w:p>
    <w:p/>
    <w:p>
      <w:r>
        <w:t>Equipment Required: ________________________________________________</w:t>
      </w:r>
    </w:p>
    <w:p>
      <w:r>
        <w:t>________________________________________________</w:t>
      </w:r>
    </w:p>
    <w:p>
      <w:r>
        <w:t>________________________________________________</w:t>
      </w:r>
    </w:p>
    <w:p/>
    <w:p>
      <w:r>
        <w:t>Special Requirements / Notes:</w:t>
      </w:r>
    </w:p>
    <w:p>
      <w:r>
        <w:t>________________________________________________</w:t>
      </w:r>
    </w:p>
    <w:p>
      <w:r>
        <w:t>________________________________________________</w:t>
      </w:r>
    </w:p>
    <w:p>
      <w:r>
        <w:t>________________________________________________</w:t>
      </w:r>
    </w:p>
    <w:p/>
    <w:p>
      <w:r>
        <w:t>Terms &amp; Conditions:</w:t>
      </w:r>
    </w:p>
    <w:p>
      <w:r>
        <w:t>- Payment required prior to event unless agreed otherwise.</w:t>
      </w:r>
    </w:p>
    <w:p>
      <w:r>
        <w:t>- Client responsible for hired equipment during hire period.</w:t>
      </w:r>
    </w:p>
    <w:p>
      <w:r>
        <w:t>- Cancellation fees may apply.</w:t>
      </w:r>
    </w:p>
    <w:p/>
    <w:p>
      <w:r>
        <w:t>Signature: __________________________    Date: __________</w:t>
      </w:r>
    </w:p>
    <w:p/>
    <w:p>
      <w:r>
        <w:t>Thank you for choosing Batchelor Enterprises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